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- חוסן ובטיחות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זהירות בדרכים ושלטי 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פעלי ציווי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 חוסן נפשי ולמי פונים כשקשה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חבר נאמן אומר אמת ועוזר, לא תמיד מסכים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תפקיד שלט האזהרה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- ציוויים ובטיחות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לפנות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 מטפל 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(עוזרת בקשיים רגשיים)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(חבר שאפשר לדבר איתו כשקשה)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(מזהיר מפני סכנה בדרך)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(משלב בטיחות, חוסן ולשון)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מה עושים כשחושדים שלחבר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שמים לב לשינוי בהתנהגות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מנסים לדבר איתו בשקט ולשאול מה שלומו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בלי לשפוט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צריך, מספרים למבוגר אחראי כמו יועצת או נאמן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מנווטים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על הקשבה, תמיכה, ופנייה לעזרה במידת הצורך. יש לבדוק שיש דוגמה קונקרטית.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להאט ולשים 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יועצת, נאמני חוסן, 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עצרו, האטו, סעו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חלק הציוויים לשיעור לשון מקביל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במקרים של פנייה לעזרה בעדינות ובכבוד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הפתוח לדיון קבוצתי קצר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- חוסן ובטיחות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בנובמבר מתקיימים שבוע הבטיחות בדרכים ושבוע החוסן. בדף זה נתרגל ידיעות על נסיעה בטוחה, שלטי דרכים, ציוויים בלשון, וגם חברות נאמנה וידיעה למי לפנות כשקשה.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לשים  ·  להאט  ·  לפנות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חודש מתקיימים שבוע הבטיחות בדרכים ושבוע החוסן?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ספטמבר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לאיזו עיר מתוכנן מסלול הנסיעה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מנעולים יש בחדר הבריחה הנתיב הבטוח?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חבר נאמן הוא מי שתמיד מסכים איתך גם כשאתה טועה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שלט אזהרה בכביש מזהיר מפני סכנה אפשרית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 - ציוויים ובטיחות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עיקול בדרך יש __________ את המהירות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כשרואים שלט אזהרה צריך __________ 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אם קשה לך, חשוב __________ למישהו מבוגר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מי מטפל במה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יועצת 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חבר שאפשר לדבר איתו כשקשה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נאמן חוסן 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עוזרת בקשיים רגשיים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שלט אזהרה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משלב בטיחות, חוסן ולשון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חדר הבריחה הנתיב הבטוח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מזהיר מפני סכנה בדרך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מה עושים כשחושדים שלחבר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צריך, מספרים למבוגר אחראי כמו יועצת או נאמן חוסן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שמים לב לשינוי בהתנהגות החבר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מנסים לדבר איתו בשקט ולשאול מה שלומו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מקשיבים בלי לשפוט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מנווטים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קצרה: איך אפשר להיות חבר או חברה נאמנים כשלמישהו קשה? תנו דוגמה אחת מהחיים.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חשוב לעשות כשמתקרבים לעיקול בדרך?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למי אפשר לפנות כשקשה נפשית?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מנווטים נכון - חוסן ובטיחות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