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מנווטים נכון - חוסן ובטיחות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כללי זהירות בדרכים ושלטי תנועה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פעלי ציווי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 חוסן נפשי ולמי פונים כשקשה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טבריה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את מהירות הנסיעה וזהירות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ליועצת או לנאמני 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חבר נאמן אומר אמת ועוזר, לא תמיד מסכים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תפקיד שלט האזהרה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לפעמים רואים בהתנהגות או בהבעות 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בעיקול צריך להאט מטעמי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חוסן זה היכולת להתמודד עם קושי, לא להימנע ממנו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 - ציוויים ובטיחות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לפנות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ציווי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מי מטפל במה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(עוזרת בקשיים רגשיים)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(חבר שאפשר לדבר איתו כשקשה)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(מזהיר מפני סכנה בדרך)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(משלב בטיחות, חוסן ולשון)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(מבקש או מצווה לעשות פעולה)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מה עושים כשחושדים שלחבר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שמים לב לשינוי בהתנהגות החבר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מנסים לדבר איתו בשקט ולשאול מה שלומו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מקשיבים בלי לשפוט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צריך, מספרים למבוגר אחראי כמו יועצת או נאמן 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מנווטים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יכתבו על הקשבה, תמיכה, ופנייה לעזרה במידת הצורך. יש לבדוק שיש דוגמה קונקרטית.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שלט מוכר כגון עיקול מסוכן, מעבר חציה, האטה. יש לבדוק הבנה של המסר.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להאט ולשים 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יועצת, נאמני חוסן, מבוגר אחראי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עצרו, האטו, סעו בזהירות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חלק הציוויים לשיעור לשון מקביל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במקרים של פנייה לעזרה בעדינות ובכבוד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חלק הכתיבה הפתוח לדיון קבוצתי קצר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מנווטים נכון - חוסן ובטיחות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בחודש נובמבר לומדים על בטיחות בדרך ועל חוסן נפשי. בדף הזה יש תרגילים על נסיעה בטוחה, שלטים, מילות ציווי, וגם על חברות טובה ועל מי לפנות כשקשה.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כוח פנימי להתמודד עם קשיים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פועל שמבקשת או מצווה לעשות משהו, כמו סעו, עצרו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עיקול בדרך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פנייה חדה בכביש שצריך להאט 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שלט אזהרה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 שמזהיר מסכנה בדרך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נאמן 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 או מורה שאפשר לפנות אליו כשקשה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יועצת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 מקצוע בבית הספר שעוזר בקשיים רגשיים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חבר נאמן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 שאפשר לסמוך עליו ושעוזר באמת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קבלת החלטות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מה נכון לעשות במצב מסוים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חוגגים שבוע בטיחות ושבוע חוסן?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ספטמבר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לאן נוסעים במסלול?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טבריה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צריך להיזהר בעיקול?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צבע הרכב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מהירות הנסיעה וזהירות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מספר הנוסעים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שם הנהג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מנעולים בחדר הבריחה?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למי פונים כשקשה?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ליועצת או לנאמני 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אף אחד לא יכול לעזור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לחברים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 נאמן הוא מי שתמיד מסכים איתך גם כשאתה טועה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 אזהרה בכביש מזהיר מפני סכנה אפשרית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לזהות שלמישהו קשה גם בלי שהוא יספר במילים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בעיקול בכביש מומלץ להאיץ כדי לעבור מהר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חוסן נפשי אומר שלעולם לא מרגישים קושי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 - ציוויים ובטיחות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עיקול בדרך יש __________ את המהירות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כשרואים שלט אזהרה צריך __________ 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אם קשה לך, חשוב __________ למישהו 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חבר נאמן __________ לחברו גם ברגעים 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בלשון, הפועל סעו הוא בצורת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מי מטפל במה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יועצת בית הספר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מזהיר מפני סכנה בדרך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נאמן חוסן תלמידים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משלב בטיחות, חוסן ולשון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שלט אזהרה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עוזרת בקשיים רגשיים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חדר הבריחה הנתיב הבטוח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מבקש או מצווה לעשות 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פועל בציווי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חבר שאפשר לדבר איתו כשקשה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מה עושים כשחושדים שלחבר 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בלי לשפוט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שמים לב לשינוי בהתנהגות החבר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צריך, מספרים למבוגר אחראי כמו יועצת או נאמן חוסן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מנסים לדבר איתו בשקט ולשאול מה שלומו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מנווטים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איך אפשר להיות חבר או חברה נאמנים כשלמישהו קשה? תנו דוגמה אחת מהחיים.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שלט אזהרה אחד שראיתם בדרך ומה הוא אומר לנהגים לעשות.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לעשות כשמתקרבים לעיקול בדרך?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אפשר לפנות כשקשה נפשית?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לפועל בציווי הקשור לבטיחות בדרכים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מנווטים נכון - חוסן ובטיחות בדרכים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