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- חוסן ובטיחות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זהירות בדרכים ושלטי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פעלי ציווי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 חוסן נפשי ולמי פונים כשקשה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מהירות הנסיעה וזהירות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ליועצת או לנאמני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חבר נאמן אומר אמת ועוזר, לא תמיד מסכים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תפקיד שלט האזהרה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לפעמים רואים בהתנהגות או בהבעות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בעיקול צריך להאט מטעמי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חוסן זה היכולת להתמודד עם קושי, לא להימנע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- ציוויים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 מטפל 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(עוזרת בקשיים רגשיים)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(חבר שאפשר לדבר איתו כשקשה)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(מזהיר מפני סכנה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(משלב בטיחות, חוסן ולשון)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(מבקש או מצווה לעשות פעולה)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 עושים כשחושדים שלחבר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לב לשינוי בהתנהגות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מנסים לדבר איתו בשקט ולשאול מה שלומו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צריך, מספרים למבוגר אחראי כמו יועצת או נאמן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מנווטים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על הקשבה, תמיכה, ופנייה לעזרה במידת הצורך. יש לבדוק שיש דוגמה קונקרטית.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שלט מוכר כגון עיקול מסוכן, מעבר חציה, האטה. יש לבדוק הבנה של המסר.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להאט ולשים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חוסן, 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עצרו, האטו, סעו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חלק הציוויים לשיעור לשון מקביל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במקרים של פנייה לעזרה בעדינות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הפתוח לדיון קבוצתי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- חוסן ובטיחות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בנובמבר מתקיימים שבוע הבטיחות בדרכים ושבוע החוסן. בדף זה נתרגל ידיעות על נסיעה בטוחה, שלטי דרכים, ציוויים בלשון, וגם חברות נאמנה וידיעה למי לפנות כשקשה.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מתקיימים שבוע הבטיחות בדרכים ושבוע החוסן?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עיר מתוכנן מסלול הנסיעה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בעיקולים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צבע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מהירות הנסיעה וזהירות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מספר הנוסעים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מנעולים יש בחדר הבריחה הנתיב הבטוח?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אפשר לפנות כשקשה נפשית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ליועצת או לנאמני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 לא יכול 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נאמן הוא מי שתמיד מסכים איתך גם כשאתה טועה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אזהרה בכביש מזהיר מפני סכנה אפשרית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שלמישהו קשה גם בלי שהוא יספר במילים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בעיקול בכביש מומלץ להאיץ כדי לעבור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נפשי אומר שלעולם לא מרגישים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- ציוויים ובטיחות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עיקול בדרך יש __________ את המהירות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כשרואים שלט אזהרה צריך __________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קשה לך, חשוב __________ למישהו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חבר נאמן __________ לחברו גם ברגעים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בלשון, הפועל סעו הוא בצורת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 מטפל 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יועצת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משלב בטיחות, חוסן ולשון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נאמן חוסן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עוזרת בקשיים רגשיים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שלט אזהרה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מבקש או מצווה לעשות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חדר הבריחה הנתיב הבטוח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מזהיר מפני סכנה בדרך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פועל בציווי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חבר שאפשר לדבר איתו כשקשה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מה עושים כשחושדים שלחבר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מנסים לדבר איתו בשקט ולשאול מה שלומו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צריך, מספרים למבוגר אחראי כמו יועצת או נאמן חוסן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לשינוי בהתנהגות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בלי לשפוט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מנווטים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איך אפשר להיות חבר או חברה נאמנים כשלמישהו קשה? תנו דוגמה אחת מהחיים.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שלט אזהרה אחד שראיתם בדרך ומה הוא אומר לנהגים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כשמתקרבים לעיקול בדרך?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כשקשה נפשית?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לפועל בציווי הקשור לבטיחות בדרכים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- חוסן ובטיחות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